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D550AF" w14:textId="77777777" w:rsidR="00F760D0" w:rsidRPr="00F760D0" w:rsidRDefault="00F760D0" w:rsidP="00F760D0">
      <w:pPr>
        <w:spacing w:after="0" w:line="240" w:lineRule="auto"/>
        <w:rPr>
          <w:rFonts w:ascii="Aptos" w:eastAsia="Times New Roman" w:hAnsi="Aptos" w:cs="Times New Roman"/>
          <w:b/>
          <w:bCs/>
          <w:spacing w:val="26"/>
          <w:sz w:val="28"/>
          <w:szCs w:val="28"/>
          <w:lang w:val="cs-CZ" w:eastAsia="cs-CZ"/>
        </w:rPr>
      </w:pPr>
      <w:r w:rsidRPr="00F760D0">
        <w:rPr>
          <w:rFonts w:ascii="Aptos" w:eastAsia="Times New Roman" w:hAnsi="Aptos" w:cs="Times New Roman"/>
          <w:b/>
          <w:bCs/>
          <w:spacing w:val="26"/>
          <w:sz w:val="28"/>
          <w:szCs w:val="28"/>
          <w:lang w:val="cs-CZ" w:eastAsia="cs-CZ"/>
        </w:rPr>
        <w:t>MĚSTYS VŠERUBY</w:t>
      </w:r>
    </w:p>
    <w:p w14:paraId="53852848" w14:textId="77777777" w:rsidR="00F760D0" w:rsidRDefault="00F760D0" w:rsidP="00F760D0">
      <w:pPr>
        <w:spacing w:after="0" w:line="240" w:lineRule="auto"/>
        <w:rPr>
          <w:rFonts w:ascii="Aptos" w:eastAsia="Times New Roman" w:hAnsi="Aptos" w:cs="Times New Roman"/>
          <w:bCs/>
          <w:lang w:val="cs-CZ" w:eastAsia="cs-CZ"/>
        </w:rPr>
      </w:pPr>
      <w:r w:rsidRPr="00F760D0">
        <w:rPr>
          <w:rFonts w:ascii="Aptos" w:eastAsia="Times New Roman" w:hAnsi="Aptos" w:cs="Times New Roman"/>
          <w:bCs/>
          <w:lang w:val="cs-CZ" w:eastAsia="cs-CZ"/>
        </w:rPr>
        <w:t>Všeruby 77, 345 07 Všeruby, IČO: 00253871</w:t>
      </w:r>
    </w:p>
    <w:p w14:paraId="3B770D33" w14:textId="77777777" w:rsidR="00F760D0" w:rsidRDefault="00F760D0" w:rsidP="00F760D0">
      <w:pPr>
        <w:spacing w:after="0" w:line="240" w:lineRule="auto"/>
        <w:rPr>
          <w:rFonts w:ascii="Aptos" w:eastAsia="Times New Roman" w:hAnsi="Aptos" w:cs="Times New Roman"/>
          <w:bCs/>
          <w:lang w:val="cs-CZ" w:eastAsia="cs-CZ"/>
        </w:rPr>
      </w:pPr>
    </w:p>
    <w:p w14:paraId="4358CE12" w14:textId="77777777" w:rsidR="00F760D0" w:rsidRPr="00F760D0" w:rsidRDefault="00F760D0" w:rsidP="00F760D0">
      <w:pPr>
        <w:spacing w:after="0" w:line="240" w:lineRule="auto"/>
        <w:rPr>
          <w:rFonts w:ascii="Aptos" w:eastAsia="Times New Roman" w:hAnsi="Aptos" w:cs="Times New Roman"/>
          <w:bCs/>
          <w:lang w:val="cs-CZ" w:eastAsia="cs-CZ"/>
        </w:rPr>
      </w:pPr>
    </w:p>
    <w:p w14:paraId="2B21435A" w14:textId="40E66F31" w:rsidR="00E26F6E" w:rsidRPr="000908E4" w:rsidRDefault="00D12AEC">
      <w:pPr>
        <w:jc w:val="center"/>
        <w:rPr>
          <w:rFonts w:ascii="Aptos" w:hAnsi="Aptos"/>
          <w:lang w:val="cs-CZ"/>
        </w:rPr>
      </w:pPr>
      <w:r w:rsidRPr="000908E4">
        <w:rPr>
          <w:rFonts w:ascii="Aptos" w:hAnsi="Aptos"/>
          <w:b/>
          <w:sz w:val="32"/>
          <w:lang w:val="cs-CZ"/>
        </w:rPr>
        <w:t>VYÚČTOVÁNÍ DOTACE – DČOV Brůdek</w:t>
      </w:r>
    </w:p>
    <w:p w14:paraId="3AD93CB2" w14:textId="77777777" w:rsidR="000908E4" w:rsidRPr="000908E4" w:rsidRDefault="000908E4">
      <w:pPr>
        <w:rPr>
          <w:rFonts w:ascii="Aptos" w:hAnsi="Aptos"/>
          <w:b/>
          <w:sz w:val="28"/>
          <w:lang w:val="cs-CZ"/>
        </w:rPr>
      </w:pPr>
    </w:p>
    <w:p w14:paraId="3621952F" w14:textId="774F5E15" w:rsidR="00E26F6E" w:rsidRPr="000908E4" w:rsidRDefault="00D12AEC">
      <w:pPr>
        <w:rPr>
          <w:rFonts w:ascii="Aptos" w:hAnsi="Aptos"/>
          <w:lang w:val="cs-CZ"/>
        </w:rPr>
      </w:pPr>
      <w:r w:rsidRPr="000908E4">
        <w:rPr>
          <w:rFonts w:ascii="Aptos" w:hAnsi="Aptos"/>
          <w:b/>
          <w:sz w:val="28"/>
          <w:lang w:val="cs-CZ"/>
        </w:rPr>
        <w:t>Identifikace příjemce a projektu</w:t>
      </w:r>
    </w:p>
    <w:p w14:paraId="4164FC79" w14:textId="3FFEF66F" w:rsidR="00E26F6E" w:rsidRPr="000908E4" w:rsidRDefault="00D12AEC">
      <w:pPr>
        <w:rPr>
          <w:rFonts w:ascii="Aptos" w:hAnsi="Aptos"/>
          <w:lang w:val="cs-CZ"/>
        </w:rPr>
      </w:pPr>
      <w:r w:rsidRPr="000908E4">
        <w:rPr>
          <w:rFonts w:ascii="Aptos" w:hAnsi="Aptos"/>
          <w:lang w:val="cs-CZ"/>
        </w:rPr>
        <w:t xml:space="preserve">Jméno a příjmení: </w:t>
      </w:r>
      <w:sdt>
        <w:sdtPr>
          <w:rPr>
            <w:rFonts w:ascii="Aptos" w:hAnsi="Aptos"/>
            <w:lang w:val="cs-CZ"/>
          </w:rPr>
          <w:id w:val="-626474823"/>
          <w:placeholder>
            <w:docPart w:val="DefaultPlaceholder_-1854013440"/>
          </w:placeholder>
        </w:sdtPr>
        <w:sdtContent>
          <w:r w:rsidRPr="000908E4">
            <w:rPr>
              <w:rFonts w:ascii="Aptos" w:hAnsi="Aptos"/>
              <w:lang w:val="cs-CZ"/>
            </w:rPr>
            <w:t>___________________</w:t>
          </w:r>
          <w:r w:rsidR="007E2D23" w:rsidRPr="000908E4">
            <w:rPr>
              <w:rFonts w:ascii="Aptos" w:hAnsi="Aptos"/>
              <w:lang w:val="cs-CZ"/>
            </w:rPr>
            <w:t>__</w:t>
          </w:r>
        </w:sdtContent>
      </w:sdt>
      <w:r w:rsidRPr="000908E4">
        <w:rPr>
          <w:rFonts w:ascii="Aptos" w:hAnsi="Aptos"/>
          <w:lang w:val="cs-CZ"/>
        </w:rPr>
        <w:t xml:space="preserve">  </w:t>
      </w:r>
      <w:r w:rsidR="000908E4" w:rsidRPr="000908E4">
        <w:rPr>
          <w:rFonts w:ascii="Aptos" w:hAnsi="Aptos"/>
          <w:lang w:val="cs-CZ"/>
        </w:rPr>
        <w:t xml:space="preserve"> </w:t>
      </w:r>
      <w:r w:rsidRPr="000908E4">
        <w:rPr>
          <w:rFonts w:ascii="Aptos" w:hAnsi="Aptos"/>
          <w:lang w:val="cs-CZ"/>
        </w:rPr>
        <w:t xml:space="preserve">Adresa: </w:t>
      </w:r>
      <w:sdt>
        <w:sdtPr>
          <w:rPr>
            <w:rFonts w:ascii="Aptos" w:hAnsi="Aptos"/>
            <w:lang w:val="cs-CZ"/>
          </w:rPr>
          <w:id w:val="1719777424"/>
          <w:placeholder>
            <w:docPart w:val="DefaultPlaceholder_-1854013440"/>
          </w:placeholder>
        </w:sdtPr>
        <w:sdtContent>
          <w:r w:rsidRPr="000908E4">
            <w:rPr>
              <w:rFonts w:ascii="Aptos" w:hAnsi="Aptos"/>
              <w:lang w:val="cs-CZ"/>
            </w:rPr>
            <w:t>______________________________</w:t>
          </w:r>
        </w:sdtContent>
      </w:sdt>
    </w:p>
    <w:p w14:paraId="5A3683F9" w14:textId="3112D52A" w:rsidR="00E26F6E" w:rsidRPr="000908E4" w:rsidRDefault="00D12AEC">
      <w:pPr>
        <w:rPr>
          <w:rFonts w:ascii="Aptos" w:hAnsi="Aptos"/>
          <w:lang w:val="cs-CZ"/>
        </w:rPr>
      </w:pPr>
      <w:r w:rsidRPr="000908E4">
        <w:rPr>
          <w:rFonts w:ascii="Aptos" w:hAnsi="Aptos"/>
          <w:lang w:val="cs-CZ"/>
        </w:rPr>
        <w:t xml:space="preserve">Adresa realizace: </w:t>
      </w:r>
      <w:sdt>
        <w:sdtPr>
          <w:rPr>
            <w:rFonts w:ascii="Aptos" w:hAnsi="Aptos"/>
            <w:lang w:val="cs-CZ"/>
          </w:rPr>
          <w:id w:val="1156655436"/>
          <w:placeholder>
            <w:docPart w:val="DefaultPlaceholder_-1854013440"/>
          </w:placeholder>
        </w:sdtPr>
        <w:sdtContent>
          <w:r w:rsidRPr="000908E4">
            <w:rPr>
              <w:rFonts w:ascii="Aptos" w:hAnsi="Aptos"/>
              <w:lang w:val="cs-CZ"/>
            </w:rPr>
            <w:t>______________________</w:t>
          </w:r>
        </w:sdtContent>
      </w:sdt>
      <w:r w:rsidRPr="000908E4">
        <w:rPr>
          <w:rFonts w:ascii="Aptos" w:hAnsi="Aptos"/>
          <w:lang w:val="cs-CZ"/>
        </w:rPr>
        <w:t xml:space="preserve"> Parc. č.: </w:t>
      </w:r>
      <w:sdt>
        <w:sdtPr>
          <w:rPr>
            <w:rFonts w:ascii="Aptos" w:hAnsi="Aptos"/>
            <w:lang w:val="cs-CZ"/>
          </w:rPr>
          <w:id w:val="1964000653"/>
          <w:placeholder>
            <w:docPart w:val="DefaultPlaceholder_-1854013440"/>
          </w:placeholder>
        </w:sdtPr>
        <w:sdtContent>
          <w:r w:rsidRPr="000908E4">
            <w:rPr>
              <w:rFonts w:ascii="Aptos" w:hAnsi="Aptos"/>
              <w:lang w:val="cs-CZ"/>
            </w:rPr>
            <w:t>______</w:t>
          </w:r>
          <w:r w:rsidR="00FD5C47">
            <w:rPr>
              <w:rFonts w:ascii="Aptos" w:hAnsi="Aptos"/>
              <w:lang w:val="cs-CZ"/>
            </w:rPr>
            <w:t>_______</w:t>
          </w:r>
          <w:r w:rsidRPr="000908E4">
            <w:rPr>
              <w:rFonts w:ascii="Aptos" w:hAnsi="Aptos"/>
              <w:lang w:val="cs-CZ"/>
            </w:rPr>
            <w:t>____</w:t>
          </w:r>
        </w:sdtContent>
      </w:sdt>
      <w:r w:rsidRPr="000908E4">
        <w:rPr>
          <w:rFonts w:ascii="Aptos" w:hAnsi="Aptos"/>
          <w:lang w:val="cs-CZ"/>
        </w:rPr>
        <w:t xml:space="preserve"> k. ú.: Brůdek</w:t>
      </w:r>
    </w:p>
    <w:p w14:paraId="7871D560" w14:textId="333E66FF" w:rsidR="00E26F6E" w:rsidRPr="000908E4" w:rsidRDefault="00D12AEC">
      <w:pPr>
        <w:rPr>
          <w:rFonts w:ascii="Aptos" w:hAnsi="Aptos"/>
          <w:lang w:val="cs-CZ"/>
        </w:rPr>
      </w:pPr>
      <w:r w:rsidRPr="000908E4">
        <w:rPr>
          <w:rFonts w:ascii="Aptos" w:hAnsi="Aptos"/>
          <w:lang w:val="cs-CZ"/>
        </w:rPr>
        <w:t xml:space="preserve">Číslo smlouvy o dotaci: </w:t>
      </w:r>
      <w:sdt>
        <w:sdtPr>
          <w:rPr>
            <w:rFonts w:ascii="Aptos" w:hAnsi="Aptos"/>
            <w:lang w:val="cs-CZ"/>
          </w:rPr>
          <w:id w:val="131984490"/>
          <w:placeholder>
            <w:docPart w:val="DefaultPlaceholder_-1854013440"/>
          </w:placeholder>
        </w:sdtPr>
        <w:sdtContent>
          <w:r w:rsidRPr="000908E4">
            <w:rPr>
              <w:rFonts w:ascii="Aptos" w:hAnsi="Aptos"/>
              <w:lang w:val="cs-CZ"/>
            </w:rPr>
            <w:t>______________</w:t>
          </w:r>
          <w:r w:rsidR="00FD5C47">
            <w:rPr>
              <w:rFonts w:ascii="Aptos" w:hAnsi="Aptos"/>
              <w:lang w:val="cs-CZ"/>
            </w:rPr>
            <w:t>_</w:t>
          </w:r>
          <w:r w:rsidRPr="000908E4">
            <w:rPr>
              <w:rFonts w:ascii="Aptos" w:hAnsi="Aptos"/>
              <w:lang w:val="cs-CZ"/>
            </w:rPr>
            <w:t>_</w:t>
          </w:r>
        </w:sdtContent>
      </w:sdt>
      <w:r w:rsidRPr="000908E4">
        <w:rPr>
          <w:rFonts w:ascii="Aptos" w:hAnsi="Aptos"/>
          <w:lang w:val="cs-CZ"/>
        </w:rPr>
        <w:t xml:space="preserve"> Datum uvedení do provozu: </w:t>
      </w:r>
      <w:sdt>
        <w:sdtPr>
          <w:rPr>
            <w:rFonts w:ascii="Aptos" w:hAnsi="Aptos"/>
            <w:lang w:val="cs-CZ"/>
          </w:rPr>
          <w:id w:val="-133961385"/>
          <w:placeholder>
            <w:docPart w:val="DefaultPlaceholder_-1854013440"/>
          </w:placeholder>
        </w:sdtPr>
        <w:sdtContent>
          <w:r w:rsidRPr="000908E4">
            <w:rPr>
              <w:rFonts w:ascii="Aptos" w:hAnsi="Aptos"/>
              <w:lang w:val="cs-CZ"/>
            </w:rPr>
            <w:t>____________</w:t>
          </w:r>
        </w:sdtContent>
      </w:sdt>
    </w:p>
    <w:p w14:paraId="30CBAA12" w14:textId="77777777" w:rsidR="000908E4" w:rsidRPr="000908E4" w:rsidRDefault="000908E4">
      <w:pPr>
        <w:rPr>
          <w:rFonts w:ascii="Aptos" w:hAnsi="Aptos"/>
          <w:b/>
          <w:sz w:val="28"/>
          <w:lang w:val="cs-CZ"/>
        </w:rPr>
      </w:pPr>
    </w:p>
    <w:p w14:paraId="4213AF9F" w14:textId="3AFA5640" w:rsidR="00E26F6E" w:rsidRPr="000908E4" w:rsidRDefault="00D12AEC">
      <w:pPr>
        <w:rPr>
          <w:rFonts w:ascii="Aptos" w:hAnsi="Aptos"/>
          <w:lang w:val="cs-CZ"/>
        </w:rPr>
      </w:pPr>
      <w:r w:rsidRPr="000908E4">
        <w:rPr>
          <w:rFonts w:ascii="Aptos" w:hAnsi="Aptos"/>
          <w:b/>
          <w:sz w:val="28"/>
          <w:lang w:val="cs-CZ"/>
        </w:rPr>
        <w:t>Soupiska dokladů</w:t>
      </w:r>
    </w:p>
    <w:p w14:paraId="08454866" w14:textId="77777777" w:rsidR="00E26F6E" w:rsidRPr="000908E4" w:rsidRDefault="00D12AEC">
      <w:pPr>
        <w:rPr>
          <w:rFonts w:ascii="Aptos" w:hAnsi="Aptos"/>
          <w:lang w:val="cs-CZ"/>
        </w:rPr>
      </w:pPr>
      <w:r w:rsidRPr="000908E4">
        <w:rPr>
          <w:rFonts w:ascii="Aptos" w:hAnsi="Aptos"/>
          <w:lang w:val="cs-CZ"/>
        </w:rPr>
        <w:t>Uveďte ve tvaru: číslo dokladu – dodavatel – účel – částka – datum – způsob úhrady</w:t>
      </w:r>
    </w:p>
    <w:p w14:paraId="64F7182A" w14:textId="0A1D91A1" w:rsidR="00E26F6E" w:rsidRPr="000908E4" w:rsidRDefault="00D12AEC">
      <w:pPr>
        <w:rPr>
          <w:rFonts w:ascii="Aptos" w:hAnsi="Aptos"/>
          <w:lang w:val="cs-CZ"/>
        </w:rPr>
      </w:pPr>
      <w:r w:rsidRPr="000908E4">
        <w:rPr>
          <w:rFonts w:ascii="Aptos" w:hAnsi="Aptos"/>
          <w:lang w:val="cs-CZ"/>
        </w:rPr>
        <w:t xml:space="preserve">1. </w:t>
      </w:r>
      <w:sdt>
        <w:sdtPr>
          <w:rPr>
            <w:rFonts w:ascii="Aptos" w:hAnsi="Aptos"/>
            <w:lang w:val="cs-CZ"/>
          </w:rPr>
          <w:id w:val="1456522021"/>
          <w:placeholder>
            <w:docPart w:val="DefaultPlaceholder_-1854013440"/>
          </w:placeholder>
        </w:sdtPr>
        <w:sdtContent>
          <w:r w:rsidRPr="000908E4">
            <w:rPr>
              <w:rFonts w:ascii="Aptos" w:hAnsi="Aptos"/>
              <w:lang w:val="cs-CZ"/>
            </w:rPr>
            <w:t>_____________________</w:t>
          </w:r>
          <w:r w:rsidR="000908E4" w:rsidRPr="000908E4">
            <w:rPr>
              <w:rFonts w:ascii="Aptos" w:hAnsi="Aptos"/>
              <w:lang w:val="cs-CZ"/>
            </w:rPr>
            <w:t>_____________________________</w:t>
          </w:r>
          <w:r w:rsidRPr="000908E4">
            <w:rPr>
              <w:rFonts w:ascii="Aptos" w:hAnsi="Aptos"/>
              <w:lang w:val="cs-CZ"/>
            </w:rPr>
            <w:t>_________________________</w:t>
          </w:r>
        </w:sdtContent>
      </w:sdt>
    </w:p>
    <w:p w14:paraId="7666FC6A" w14:textId="62858BD5" w:rsidR="00E26F6E" w:rsidRPr="000908E4" w:rsidRDefault="00D12AEC">
      <w:pPr>
        <w:rPr>
          <w:rFonts w:ascii="Aptos" w:hAnsi="Aptos"/>
          <w:lang w:val="cs-CZ"/>
        </w:rPr>
      </w:pPr>
      <w:r w:rsidRPr="000908E4">
        <w:rPr>
          <w:rFonts w:ascii="Aptos" w:hAnsi="Aptos"/>
          <w:lang w:val="cs-CZ"/>
        </w:rPr>
        <w:t xml:space="preserve">2. </w:t>
      </w:r>
      <w:sdt>
        <w:sdtPr>
          <w:rPr>
            <w:rFonts w:ascii="Aptos" w:hAnsi="Aptos"/>
            <w:lang w:val="cs-CZ"/>
          </w:rPr>
          <w:id w:val="1889834175"/>
          <w:placeholder>
            <w:docPart w:val="DefaultPlaceholder_-1854013440"/>
          </w:placeholder>
        </w:sdtPr>
        <w:sdtContent>
          <w:r w:rsidRPr="000908E4">
            <w:rPr>
              <w:rFonts w:ascii="Aptos" w:hAnsi="Aptos"/>
              <w:lang w:val="cs-CZ"/>
            </w:rPr>
            <w:t>_______________________</w:t>
          </w:r>
          <w:r w:rsidR="000908E4" w:rsidRPr="000908E4">
            <w:rPr>
              <w:rFonts w:ascii="Aptos" w:hAnsi="Aptos"/>
              <w:lang w:val="cs-CZ"/>
            </w:rPr>
            <w:t>_____________________________</w:t>
          </w:r>
          <w:r w:rsidRPr="000908E4">
            <w:rPr>
              <w:rFonts w:ascii="Aptos" w:hAnsi="Aptos"/>
              <w:lang w:val="cs-CZ"/>
            </w:rPr>
            <w:t>_______________________</w:t>
          </w:r>
        </w:sdtContent>
      </w:sdt>
    </w:p>
    <w:p w14:paraId="67EE63B2" w14:textId="5C2CBC82" w:rsidR="00E26F6E" w:rsidRPr="000908E4" w:rsidRDefault="00D12AEC">
      <w:pPr>
        <w:rPr>
          <w:rFonts w:ascii="Aptos" w:hAnsi="Aptos"/>
          <w:lang w:val="cs-CZ"/>
        </w:rPr>
      </w:pPr>
      <w:r w:rsidRPr="000908E4">
        <w:rPr>
          <w:rFonts w:ascii="Aptos" w:hAnsi="Aptos"/>
          <w:lang w:val="cs-CZ"/>
        </w:rPr>
        <w:t xml:space="preserve">3. </w:t>
      </w:r>
      <w:sdt>
        <w:sdtPr>
          <w:rPr>
            <w:rFonts w:ascii="Aptos" w:hAnsi="Aptos"/>
            <w:lang w:val="cs-CZ"/>
          </w:rPr>
          <w:id w:val="1989205769"/>
          <w:placeholder>
            <w:docPart w:val="DefaultPlaceholder_-1854013440"/>
          </w:placeholder>
        </w:sdtPr>
        <w:sdtContent>
          <w:r w:rsidRPr="000908E4">
            <w:rPr>
              <w:rFonts w:ascii="Aptos" w:hAnsi="Aptos"/>
              <w:lang w:val="cs-CZ"/>
            </w:rPr>
            <w:t>__________________________</w:t>
          </w:r>
          <w:r w:rsidR="000908E4" w:rsidRPr="000908E4">
            <w:rPr>
              <w:rFonts w:ascii="Aptos" w:hAnsi="Aptos"/>
              <w:lang w:val="cs-CZ"/>
            </w:rPr>
            <w:t>_____________________________</w:t>
          </w:r>
          <w:r w:rsidRPr="000908E4">
            <w:rPr>
              <w:rFonts w:ascii="Aptos" w:hAnsi="Aptos"/>
              <w:lang w:val="cs-CZ"/>
            </w:rPr>
            <w:t>____________________</w:t>
          </w:r>
        </w:sdtContent>
      </w:sdt>
    </w:p>
    <w:p w14:paraId="3F7380CD" w14:textId="6ECD5250" w:rsidR="00E26F6E" w:rsidRPr="000908E4" w:rsidRDefault="00D12AEC">
      <w:pPr>
        <w:rPr>
          <w:rFonts w:ascii="Aptos" w:hAnsi="Aptos"/>
          <w:lang w:val="cs-CZ"/>
        </w:rPr>
      </w:pPr>
      <w:r w:rsidRPr="000908E4">
        <w:rPr>
          <w:rFonts w:ascii="Aptos" w:hAnsi="Aptos"/>
          <w:lang w:val="cs-CZ"/>
        </w:rPr>
        <w:t xml:space="preserve">4. </w:t>
      </w:r>
      <w:sdt>
        <w:sdtPr>
          <w:rPr>
            <w:rFonts w:ascii="Aptos" w:hAnsi="Aptos"/>
            <w:lang w:val="cs-CZ"/>
          </w:rPr>
          <w:id w:val="-1414081802"/>
          <w:placeholder>
            <w:docPart w:val="DefaultPlaceholder_-1854013440"/>
          </w:placeholder>
        </w:sdtPr>
        <w:sdtContent>
          <w:r w:rsidRPr="000908E4">
            <w:rPr>
              <w:rFonts w:ascii="Aptos" w:hAnsi="Aptos"/>
              <w:lang w:val="cs-CZ"/>
            </w:rPr>
            <w:t>_____________________________</w:t>
          </w:r>
          <w:r w:rsidR="000908E4" w:rsidRPr="000908E4">
            <w:rPr>
              <w:rFonts w:ascii="Aptos" w:hAnsi="Aptos"/>
              <w:lang w:val="cs-CZ"/>
            </w:rPr>
            <w:t>_____________________________</w:t>
          </w:r>
          <w:r w:rsidRPr="000908E4">
            <w:rPr>
              <w:rFonts w:ascii="Aptos" w:hAnsi="Aptos"/>
              <w:lang w:val="cs-CZ"/>
            </w:rPr>
            <w:t>_________________</w:t>
          </w:r>
        </w:sdtContent>
      </w:sdt>
    </w:p>
    <w:p w14:paraId="4D2109D8" w14:textId="38FA9FD2" w:rsidR="00E26F6E" w:rsidRPr="000908E4" w:rsidRDefault="00D12AEC">
      <w:pPr>
        <w:rPr>
          <w:rFonts w:ascii="Aptos" w:hAnsi="Aptos"/>
          <w:lang w:val="cs-CZ"/>
        </w:rPr>
      </w:pPr>
      <w:r w:rsidRPr="000908E4">
        <w:rPr>
          <w:rFonts w:ascii="Aptos" w:hAnsi="Aptos"/>
          <w:lang w:val="cs-CZ"/>
        </w:rPr>
        <w:t xml:space="preserve">5. </w:t>
      </w:r>
      <w:sdt>
        <w:sdtPr>
          <w:rPr>
            <w:rFonts w:ascii="Aptos" w:hAnsi="Aptos"/>
            <w:lang w:val="cs-CZ"/>
          </w:rPr>
          <w:id w:val="61138396"/>
          <w:placeholder>
            <w:docPart w:val="DefaultPlaceholder_-1854013440"/>
          </w:placeholder>
        </w:sdtPr>
        <w:sdtContent>
          <w:r w:rsidRPr="000908E4">
            <w:rPr>
              <w:rFonts w:ascii="Aptos" w:hAnsi="Aptos"/>
              <w:lang w:val="cs-CZ"/>
            </w:rPr>
            <w:t>_________________________</w:t>
          </w:r>
          <w:r w:rsidR="000908E4" w:rsidRPr="000908E4">
            <w:rPr>
              <w:rFonts w:ascii="Aptos" w:hAnsi="Aptos"/>
              <w:lang w:val="cs-CZ"/>
            </w:rPr>
            <w:t>_____________________________</w:t>
          </w:r>
          <w:r w:rsidRPr="000908E4">
            <w:rPr>
              <w:rFonts w:ascii="Aptos" w:hAnsi="Aptos"/>
              <w:lang w:val="cs-CZ"/>
            </w:rPr>
            <w:t>_____________________</w:t>
          </w:r>
        </w:sdtContent>
      </w:sdt>
    </w:p>
    <w:p w14:paraId="0783875A" w14:textId="4DC889FB" w:rsidR="00E26F6E" w:rsidRPr="000908E4" w:rsidRDefault="00D12AEC">
      <w:pPr>
        <w:rPr>
          <w:rFonts w:ascii="Aptos" w:hAnsi="Aptos"/>
          <w:lang w:val="cs-CZ"/>
        </w:rPr>
      </w:pPr>
      <w:r w:rsidRPr="000908E4">
        <w:rPr>
          <w:rFonts w:ascii="Aptos" w:hAnsi="Aptos"/>
          <w:lang w:val="cs-CZ"/>
        </w:rPr>
        <w:t xml:space="preserve">6. </w:t>
      </w:r>
      <w:sdt>
        <w:sdtPr>
          <w:rPr>
            <w:rFonts w:ascii="Aptos" w:hAnsi="Aptos"/>
            <w:lang w:val="cs-CZ"/>
          </w:rPr>
          <w:id w:val="1120183367"/>
          <w:placeholder>
            <w:docPart w:val="DefaultPlaceholder_-1854013440"/>
          </w:placeholder>
        </w:sdtPr>
        <w:sdtContent>
          <w:r w:rsidRPr="000908E4">
            <w:rPr>
              <w:rFonts w:ascii="Aptos" w:hAnsi="Aptos"/>
              <w:lang w:val="cs-CZ"/>
            </w:rPr>
            <w:t>_________________________________</w:t>
          </w:r>
          <w:r w:rsidR="000908E4" w:rsidRPr="000908E4">
            <w:rPr>
              <w:rFonts w:ascii="Aptos" w:hAnsi="Aptos"/>
              <w:lang w:val="cs-CZ"/>
            </w:rPr>
            <w:t>_____________________________</w:t>
          </w:r>
          <w:r w:rsidRPr="000908E4">
            <w:rPr>
              <w:rFonts w:ascii="Aptos" w:hAnsi="Aptos"/>
              <w:lang w:val="cs-CZ"/>
            </w:rPr>
            <w:t>_____________</w:t>
          </w:r>
        </w:sdtContent>
      </w:sdt>
    </w:p>
    <w:p w14:paraId="5BEC400A" w14:textId="3394C2B0" w:rsidR="00E26F6E" w:rsidRPr="000908E4" w:rsidRDefault="00D12AEC">
      <w:pPr>
        <w:rPr>
          <w:rFonts w:ascii="Aptos" w:hAnsi="Aptos"/>
          <w:lang w:val="cs-CZ"/>
        </w:rPr>
      </w:pPr>
      <w:r w:rsidRPr="000908E4">
        <w:rPr>
          <w:rFonts w:ascii="Aptos" w:hAnsi="Aptos"/>
          <w:lang w:val="cs-CZ"/>
        </w:rPr>
        <w:t xml:space="preserve">7. </w:t>
      </w:r>
      <w:sdt>
        <w:sdtPr>
          <w:rPr>
            <w:rFonts w:ascii="Aptos" w:hAnsi="Aptos"/>
            <w:lang w:val="cs-CZ"/>
          </w:rPr>
          <w:id w:val="-637882068"/>
          <w:placeholder>
            <w:docPart w:val="DefaultPlaceholder_-1854013440"/>
          </w:placeholder>
        </w:sdtPr>
        <w:sdtContent>
          <w:r w:rsidRPr="000908E4">
            <w:rPr>
              <w:rFonts w:ascii="Aptos" w:hAnsi="Aptos"/>
              <w:lang w:val="cs-CZ"/>
            </w:rPr>
            <w:t>__________________________________________</w:t>
          </w:r>
          <w:r w:rsidR="000908E4" w:rsidRPr="000908E4">
            <w:rPr>
              <w:rFonts w:ascii="Aptos" w:hAnsi="Aptos"/>
              <w:lang w:val="cs-CZ"/>
            </w:rPr>
            <w:t>_____________________________</w:t>
          </w:r>
          <w:r w:rsidRPr="000908E4">
            <w:rPr>
              <w:rFonts w:ascii="Aptos" w:hAnsi="Aptos"/>
              <w:lang w:val="cs-CZ"/>
            </w:rPr>
            <w:t>____</w:t>
          </w:r>
        </w:sdtContent>
      </w:sdt>
    </w:p>
    <w:p w14:paraId="1161B041" w14:textId="5FACAA8A" w:rsidR="00E26F6E" w:rsidRPr="000908E4" w:rsidRDefault="00D12AEC">
      <w:pPr>
        <w:rPr>
          <w:rFonts w:ascii="Aptos" w:hAnsi="Aptos"/>
          <w:lang w:val="cs-CZ"/>
        </w:rPr>
      </w:pPr>
      <w:r w:rsidRPr="000908E4">
        <w:rPr>
          <w:rFonts w:ascii="Aptos" w:hAnsi="Aptos"/>
          <w:lang w:val="cs-CZ"/>
        </w:rPr>
        <w:t xml:space="preserve">8. </w:t>
      </w:r>
      <w:sdt>
        <w:sdtPr>
          <w:rPr>
            <w:rFonts w:ascii="Aptos" w:hAnsi="Aptos"/>
            <w:lang w:val="cs-CZ"/>
          </w:rPr>
          <w:id w:val="-64109584"/>
          <w:placeholder>
            <w:docPart w:val="DefaultPlaceholder_-1854013440"/>
          </w:placeholder>
        </w:sdtPr>
        <w:sdtContent>
          <w:r w:rsidRPr="000908E4">
            <w:rPr>
              <w:rFonts w:ascii="Aptos" w:hAnsi="Aptos"/>
              <w:lang w:val="cs-CZ"/>
            </w:rPr>
            <w:t>______________________________</w:t>
          </w:r>
          <w:r w:rsidR="000908E4" w:rsidRPr="000908E4">
            <w:rPr>
              <w:rFonts w:ascii="Aptos" w:hAnsi="Aptos"/>
              <w:lang w:val="cs-CZ"/>
            </w:rPr>
            <w:t>_____________________________</w:t>
          </w:r>
          <w:r w:rsidRPr="000908E4">
            <w:rPr>
              <w:rFonts w:ascii="Aptos" w:hAnsi="Aptos"/>
              <w:lang w:val="cs-CZ"/>
            </w:rPr>
            <w:t>________________</w:t>
          </w:r>
        </w:sdtContent>
      </w:sdt>
    </w:p>
    <w:p w14:paraId="6BB36150" w14:textId="21105453" w:rsidR="00E26F6E" w:rsidRPr="000908E4" w:rsidRDefault="00D12AEC">
      <w:pPr>
        <w:rPr>
          <w:rFonts w:ascii="Aptos" w:hAnsi="Aptos"/>
          <w:lang w:val="cs-CZ"/>
        </w:rPr>
      </w:pPr>
      <w:r w:rsidRPr="000908E4">
        <w:rPr>
          <w:rFonts w:ascii="Aptos" w:hAnsi="Aptos"/>
          <w:lang w:val="cs-CZ"/>
        </w:rPr>
        <w:t xml:space="preserve">9. </w:t>
      </w:r>
      <w:sdt>
        <w:sdtPr>
          <w:rPr>
            <w:rFonts w:ascii="Aptos" w:hAnsi="Aptos"/>
            <w:lang w:val="cs-CZ"/>
          </w:rPr>
          <w:id w:val="352304801"/>
          <w:placeholder>
            <w:docPart w:val="DefaultPlaceholder_-1854013440"/>
          </w:placeholder>
        </w:sdtPr>
        <w:sdtContent>
          <w:r w:rsidRPr="000908E4">
            <w:rPr>
              <w:rFonts w:ascii="Aptos" w:hAnsi="Aptos"/>
              <w:lang w:val="cs-CZ"/>
            </w:rPr>
            <w:t>________________________________________</w:t>
          </w:r>
          <w:r w:rsidR="000908E4" w:rsidRPr="000908E4">
            <w:rPr>
              <w:rFonts w:ascii="Aptos" w:hAnsi="Aptos"/>
              <w:lang w:val="cs-CZ"/>
            </w:rPr>
            <w:t>_____________________________</w:t>
          </w:r>
          <w:r w:rsidRPr="000908E4">
            <w:rPr>
              <w:rFonts w:ascii="Aptos" w:hAnsi="Aptos"/>
              <w:lang w:val="cs-CZ"/>
            </w:rPr>
            <w:t>______</w:t>
          </w:r>
        </w:sdtContent>
      </w:sdt>
    </w:p>
    <w:p w14:paraId="5BA920A3" w14:textId="24287BFF" w:rsidR="00E26F6E" w:rsidRPr="000908E4" w:rsidRDefault="00D12AEC">
      <w:pPr>
        <w:rPr>
          <w:rFonts w:ascii="Aptos" w:hAnsi="Aptos"/>
          <w:lang w:val="cs-CZ"/>
        </w:rPr>
      </w:pPr>
      <w:r w:rsidRPr="000908E4">
        <w:rPr>
          <w:rFonts w:ascii="Aptos" w:hAnsi="Aptos"/>
          <w:lang w:val="cs-CZ"/>
        </w:rPr>
        <w:t xml:space="preserve">10. </w:t>
      </w:r>
      <w:sdt>
        <w:sdtPr>
          <w:rPr>
            <w:rFonts w:ascii="Aptos" w:hAnsi="Aptos"/>
            <w:lang w:val="cs-CZ"/>
          </w:rPr>
          <w:id w:val="-2142096885"/>
          <w:placeholder>
            <w:docPart w:val="DefaultPlaceholder_-1854013440"/>
          </w:placeholder>
        </w:sdtPr>
        <w:sdtContent>
          <w:r w:rsidRPr="000908E4">
            <w:rPr>
              <w:rFonts w:ascii="Aptos" w:hAnsi="Aptos"/>
              <w:lang w:val="cs-CZ"/>
            </w:rPr>
            <w:t>_________________________________________</w:t>
          </w:r>
          <w:r w:rsidR="000908E4" w:rsidRPr="000908E4">
            <w:rPr>
              <w:rFonts w:ascii="Aptos" w:hAnsi="Aptos"/>
              <w:lang w:val="cs-CZ"/>
            </w:rPr>
            <w:t>____________________________</w:t>
          </w:r>
          <w:r w:rsidRPr="000908E4">
            <w:rPr>
              <w:rFonts w:ascii="Aptos" w:hAnsi="Aptos"/>
              <w:lang w:val="cs-CZ"/>
            </w:rPr>
            <w:t>_____</w:t>
          </w:r>
        </w:sdtContent>
      </w:sdt>
    </w:p>
    <w:p w14:paraId="50182180" w14:textId="182667B2" w:rsidR="00D12AEC" w:rsidRDefault="00D12AEC">
      <w:pPr>
        <w:rPr>
          <w:rFonts w:ascii="Aptos" w:hAnsi="Aptos"/>
          <w:lang w:val="cs-CZ"/>
        </w:rPr>
      </w:pPr>
      <w:r w:rsidRPr="000908E4">
        <w:rPr>
          <w:rFonts w:ascii="Aptos" w:hAnsi="Aptos"/>
          <w:lang w:val="cs-CZ"/>
        </w:rPr>
        <w:br/>
        <w:t>Celkové uznatelné náklady:</w:t>
      </w:r>
      <w:r>
        <w:rPr>
          <w:rFonts w:ascii="Aptos" w:hAnsi="Aptos"/>
          <w:lang w:val="cs-CZ"/>
        </w:rPr>
        <w:tab/>
      </w:r>
      <w:sdt>
        <w:sdtPr>
          <w:rPr>
            <w:rFonts w:ascii="Aptos" w:hAnsi="Aptos"/>
            <w:lang w:val="cs-CZ"/>
          </w:rPr>
          <w:id w:val="684324310"/>
          <w:placeholder>
            <w:docPart w:val="DefaultPlaceholder_-1854013440"/>
          </w:placeholder>
        </w:sdtPr>
        <w:sdtContent>
          <w:r w:rsidRPr="000908E4">
            <w:rPr>
              <w:rFonts w:ascii="Aptos" w:hAnsi="Aptos"/>
              <w:lang w:val="cs-CZ"/>
            </w:rPr>
            <w:t>__</w:t>
          </w:r>
          <w:r w:rsidR="000908E4" w:rsidRPr="000908E4">
            <w:rPr>
              <w:rFonts w:ascii="Aptos" w:hAnsi="Aptos"/>
              <w:lang w:val="cs-CZ"/>
            </w:rPr>
            <w:t>__</w:t>
          </w:r>
          <w:r>
            <w:rPr>
              <w:rFonts w:ascii="Aptos" w:hAnsi="Aptos"/>
              <w:lang w:val="cs-CZ"/>
            </w:rPr>
            <w:t>_</w:t>
          </w:r>
          <w:r w:rsidR="000908E4" w:rsidRPr="000908E4">
            <w:rPr>
              <w:rFonts w:ascii="Aptos" w:hAnsi="Aptos"/>
              <w:lang w:val="cs-CZ"/>
            </w:rPr>
            <w:t>____</w:t>
          </w:r>
          <w:r w:rsidRPr="000908E4">
            <w:rPr>
              <w:rFonts w:ascii="Aptos" w:hAnsi="Aptos"/>
              <w:lang w:val="cs-CZ"/>
            </w:rPr>
            <w:t>____</w:t>
          </w:r>
        </w:sdtContent>
      </w:sdt>
      <w:r w:rsidRPr="000908E4">
        <w:rPr>
          <w:rFonts w:ascii="Aptos" w:hAnsi="Aptos"/>
          <w:lang w:val="cs-CZ"/>
        </w:rPr>
        <w:t xml:space="preserve"> Kč   </w:t>
      </w:r>
    </w:p>
    <w:p w14:paraId="025600AF" w14:textId="5CBC073F" w:rsidR="00E26F6E" w:rsidRPr="000908E4" w:rsidRDefault="00D12AEC">
      <w:pPr>
        <w:rPr>
          <w:rFonts w:ascii="Aptos" w:hAnsi="Aptos"/>
          <w:lang w:val="cs-CZ"/>
        </w:rPr>
      </w:pPr>
      <w:r w:rsidRPr="000908E4">
        <w:rPr>
          <w:rFonts w:ascii="Aptos" w:hAnsi="Aptos"/>
          <w:lang w:val="cs-CZ"/>
        </w:rPr>
        <w:t>Požadovaná dotace:</w:t>
      </w:r>
      <w:r>
        <w:rPr>
          <w:rFonts w:ascii="Aptos" w:hAnsi="Aptos"/>
          <w:lang w:val="cs-CZ"/>
        </w:rPr>
        <w:tab/>
      </w:r>
      <w:r>
        <w:rPr>
          <w:rFonts w:ascii="Aptos" w:hAnsi="Aptos"/>
          <w:lang w:val="cs-CZ"/>
        </w:rPr>
        <w:tab/>
      </w:r>
      <w:sdt>
        <w:sdtPr>
          <w:rPr>
            <w:rFonts w:ascii="Aptos" w:hAnsi="Aptos"/>
            <w:lang w:val="cs-CZ"/>
          </w:rPr>
          <w:id w:val="1759330172"/>
          <w:placeholder>
            <w:docPart w:val="DefaultPlaceholder_-1854013440"/>
          </w:placeholder>
        </w:sdtPr>
        <w:sdtContent>
          <w:r w:rsidRPr="000908E4">
            <w:rPr>
              <w:rFonts w:ascii="Aptos" w:hAnsi="Aptos"/>
              <w:lang w:val="cs-CZ"/>
            </w:rPr>
            <w:t>___</w:t>
          </w:r>
          <w:r w:rsidR="000908E4" w:rsidRPr="000908E4">
            <w:rPr>
              <w:rFonts w:ascii="Aptos" w:hAnsi="Aptos"/>
              <w:lang w:val="cs-CZ"/>
            </w:rPr>
            <w:t>_______</w:t>
          </w:r>
          <w:r w:rsidRPr="000908E4">
            <w:rPr>
              <w:rFonts w:ascii="Aptos" w:hAnsi="Aptos"/>
              <w:lang w:val="cs-CZ"/>
            </w:rPr>
            <w:t>___</w:t>
          </w:r>
        </w:sdtContent>
      </w:sdt>
      <w:r w:rsidRPr="000908E4">
        <w:rPr>
          <w:rFonts w:ascii="Aptos" w:hAnsi="Aptos"/>
          <w:lang w:val="cs-CZ"/>
        </w:rPr>
        <w:t xml:space="preserve"> Kč</w:t>
      </w:r>
    </w:p>
    <w:p w14:paraId="3EC04A42" w14:textId="77777777" w:rsidR="000908E4" w:rsidRPr="000908E4" w:rsidRDefault="000908E4">
      <w:pPr>
        <w:rPr>
          <w:rFonts w:ascii="Aptos" w:hAnsi="Aptos"/>
          <w:b/>
          <w:sz w:val="28"/>
          <w:lang w:val="cs-CZ"/>
        </w:rPr>
      </w:pPr>
    </w:p>
    <w:p w14:paraId="3864E987" w14:textId="71EDA176" w:rsidR="00E26F6E" w:rsidRPr="000908E4" w:rsidRDefault="00D12AEC">
      <w:pPr>
        <w:rPr>
          <w:rFonts w:ascii="Aptos" w:hAnsi="Aptos"/>
          <w:lang w:val="cs-CZ"/>
        </w:rPr>
      </w:pPr>
      <w:r w:rsidRPr="000908E4">
        <w:rPr>
          <w:rFonts w:ascii="Aptos" w:hAnsi="Aptos"/>
          <w:b/>
          <w:sz w:val="28"/>
          <w:lang w:val="cs-CZ"/>
        </w:rPr>
        <w:t>Povinné přílohy vyúčtování</w:t>
      </w:r>
    </w:p>
    <w:p w14:paraId="418E2570" w14:textId="5CA42271" w:rsidR="000908E4" w:rsidRPr="000908E4" w:rsidRDefault="007D6135">
      <w:pPr>
        <w:rPr>
          <w:rFonts w:ascii="Aptos" w:hAnsi="Aptos"/>
          <w:lang w:val="cs-CZ"/>
        </w:rPr>
      </w:pPr>
      <w:sdt>
        <w:sdtPr>
          <w:rPr>
            <w:rFonts w:ascii="Aptos" w:hAnsi="Aptos"/>
            <w:lang w:val="cs-CZ"/>
          </w:rPr>
          <w:id w:val="-92919668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lang w:val="cs-CZ"/>
            </w:rPr>
            <w:t>☐</w:t>
          </w:r>
        </w:sdtContent>
      </w:sdt>
      <w:r w:rsidR="00D12AEC" w:rsidRPr="000908E4">
        <w:rPr>
          <w:rFonts w:ascii="Aptos" w:hAnsi="Aptos"/>
          <w:lang w:val="cs-CZ"/>
        </w:rPr>
        <w:t xml:space="preserve"> Kopie faktur a dokladů o úhradě (bankovní výpisy)</w:t>
      </w:r>
    </w:p>
    <w:p w14:paraId="332C3670" w14:textId="744E341D" w:rsidR="000908E4" w:rsidRPr="000908E4" w:rsidRDefault="007D6135">
      <w:pPr>
        <w:rPr>
          <w:rFonts w:ascii="Aptos" w:hAnsi="Aptos"/>
          <w:lang w:val="cs-CZ"/>
        </w:rPr>
      </w:pPr>
      <w:sdt>
        <w:sdtPr>
          <w:rPr>
            <w:rFonts w:ascii="Aptos" w:hAnsi="Aptos"/>
            <w:lang w:val="cs-CZ"/>
          </w:rPr>
          <w:id w:val="82039089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lang w:val="cs-CZ"/>
            </w:rPr>
            <w:t>☐</w:t>
          </w:r>
        </w:sdtContent>
      </w:sdt>
      <w:r w:rsidR="00D12AEC" w:rsidRPr="000908E4">
        <w:rPr>
          <w:rFonts w:ascii="Aptos" w:hAnsi="Aptos"/>
          <w:lang w:val="cs-CZ"/>
        </w:rPr>
        <w:t xml:space="preserve"> Fotodokumentace</w:t>
      </w:r>
    </w:p>
    <w:p w14:paraId="3A2B2118" w14:textId="2669BE86" w:rsidR="000908E4" w:rsidRPr="000908E4" w:rsidRDefault="007D6135">
      <w:pPr>
        <w:rPr>
          <w:rFonts w:ascii="Aptos" w:hAnsi="Aptos"/>
          <w:lang w:val="cs-CZ"/>
        </w:rPr>
      </w:pPr>
      <w:sdt>
        <w:sdtPr>
          <w:rPr>
            <w:rFonts w:ascii="Aptos" w:hAnsi="Aptos"/>
            <w:lang w:val="cs-CZ"/>
          </w:rPr>
          <w:id w:val="184490625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lang w:val="cs-CZ"/>
            </w:rPr>
            <w:t>☐</w:t>
          </w:r>
        </w:sdtContent>
      </w:sdt>
      <w:r w:rsidR="00D12AEC" w:rsidRPr="000908E4">
        <w:rPr>
          <w:rFonts w:ascii="Aptos" w:hAnsi="Aptos"/>
          <w:lang w:val="cs-CZ"/>
        </w:rPr>
        <w:t xml:space="preserve"> Vodoprávní akt</w:t>
      </w:r>
    </w:p>
    <w:p w14:paraId="6182CAB4" w14:textId="77C874DB" w:rsidR="000908E4" w:rsidRPr="000908E4" w:rsidRDefault="007D6135">
      <w:pPr>
        <w:rPr>
          <w:rFonts w:ascii="Aptos" w:hAnsi="Aptos"/>
          <w:lang w:val="cs-CZ"/>
        </w:rPr>
      </w:pPr>
      <w:sdt>
        <w:sdtPr>
          <w:rPr>
            <w:rFonts w:ascii="Aptos" w:hAnsi="Aptos"/>
            <w:lang w:val="cs-CZ"/>
          </w:rPr>
          <w:id w:val="-100305151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lang w:val="cs-CZ"/>
            </w:rPr>
            <w:t>☐</w:t>
          </w:r>
        </w:sdtContent>
      </w:sdt>
      <w:r w:rsidR="00D12AEC" w:rsidRPr="000908E4">
        <w:rPr>
          <w:rFonts w:ascii="Aptos" w:hAnsi="Aptos"/>
          <w:lang w:val="cs-CZ"/>
        </w:rPr>
        <w:t xml:space="preserve"> Zápis o uvedení do provozu</w:t>
      </w:r>
    </w:p>
    <w:p w14:paraId="0D9A58ED" w14:textId="70575DCB" w:rsidR="000908E4" w:rsidRPr="000908E4" w:rsidRDefault="007D6135">
      <w:pPr>
        <w:rPr>
          <w:rFonts w:ascii="Aptos" w:hAnsi="Aptos"/>
          <w:lang w:val="cs-CZ"/>
        </w:rPr>
      </w:pPr>
      <w:sdt>
        <w:sdtPr>
          <w:rPr>
            <w:rFonts w:ascii="Aptos" w:hAnsi="Aptos"/>
            <w:lang w:val="cs-CZ"/>
          </w:rPr>
          <w:id w:val="58196659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lang w:val="cs-CZ"/>
            </w:rPr>
            <w:t>☐</w:t>
          </w:r>
        </w:sdtContent>
      </w:sdt>
      <w:r w:rsidR="00D12AEC" w:rsidRPr="000908E4">
        <w:rPr>
          <w:rFonts w:ascii="Aptos" w:hAnsi="Aptos"/>
          <w:lang w:val="cs-CZ"/>
        </w:rPr>
        <w:t xml:space="preserve"> První rozbory/revize dle vodního zákona</w:t>
      </w:r>
    </w:p>
    <w:p w14:paraId="20C94405" w14:textId="4441FA15" w:rsidR="000908E4" w:rsidRPr="000908E4" w:rsidRDefault="007D6135">
      <w:pPr>
        <w:rPr>
          <w:rFonts w:ascii="Aptos" w:hAnsi="Aptos"/>
          <w:lang w:val="cs-CZ"/>
        </w:rPr>
      </w:pPr>
      <w:sdt>
        <w:sdtPr>
          <w:rPr>
            <w:rFonts w:ascii="Aptos" w:hAnsi="Aptos"/>
            <w:lang w:val="cs-CZ"/>
          </w:rPr>
          <w:id w:val="203122352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lang w:val="cs-CZ"/>
            </w:rPr>
            <w:t>☐</w:t>
          </w:r>
        </w:sdtContent>
      </w:sdt>
      <w:r w:rsidR="00D12AEC" w:rsidRPr="000908E4">
        <w:rPr>
          <w:rFonts w:ascii="Aptos" w:hAnsi="Aptos"/>
          <w:lang w:val="cs-CZ"/>
        </w:rPr>
        <w:t xml:space="preserve"> Provozní řád</w:t>
      </w:r>
    </w:p>
    <w:p w14:paraId="125FC37A" w14:textId="62CA53EE" w:rsidR="00E26F6E" w:rsidRPr="000908E4" w:rsidRDefault="007D6135">
      <w:pPr>
        <w:rPr>
          <w:rFonts w:ascii="Aptos" w:hAnsi="Aptos"/>
          <w:lang w:val="cs-CZ"/>
        </w:rPr>
      </w:pPr>
      <w:sdt>
        <w:sdtPr>
          <w:rPr>
            <w:rFonts w:ascii="Aptos" w:hAnsi="Aptos"/>
            <w:lang w:val="cs-CZ"/>
          </w:rPr>
          <w:id w:val="-174440554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lang w:val="cs-CZ"/>
            </w:rPr>
            <w:t>☐</w:t>
          </w:r>
        </w:sdtContent>
      </w:sdt>
      <w:r w:rsidR="00D12AEC" w:rsidRPr="000908E4">
        <w:rPr>
          <w:rFonts w:ascii="Aptos" w:hAnsi="Aptos"/>
          <w:lang w:val="cs-CZ"/>
        </w:rPr>
        <w:t xml:space="preserve"> Případná telemetrie/monitoring (je</w:t>
      </w:r>
      <w:r w:rsidR="00D12AEC" w:rsidRPr="000908E4">
        <w:rPr>
          <w:rFonts w:ascii="Cambria Math" w:hAnsi="Cambria Math" w:cs="Cambria Math"/>
          <w:lang w:val="cs-CZ"/>
        </w:rPr>
        <w:t>‑</w:t>
      </w:r>
      <w:r w:rsidR="00D12AEC" w:rsidRPr="000908E4">
        <w:rPr>
          <w:rFonts w:ascii="Aptos" w:hAnsi="Aptos"/>
          <w:lang w:val="cs-CZ"/>
        </w:rPr>
        <w:t>li vy</w:t>
      </w:r>
      <w:r w:rsidR="00D12AEC" w:rsidRPr="000908E4">
        <w:rPr>
          <w:rFonts w:ascii="Aptos" w:hAnsi="Aptos" w:cs="Aptos"/>
          <w:lang w:val="cs-CZ"/>
        </w:rPr>
        <w:t>ž</w:t>
      </w:r>
      <w:r w:rsidR="00D12AEC" w:rsidRPr="000908E4">
        <w:rPr>
          <w:rFonts w:ascii="Aptos" w:hAnsi="Aptos"/>
          <w:lang w:val="cs-CZ"/>
        </w:rPr>
        <w:t>adov</w:t>
      </w:r>
      <w:r w:rsidR="00D12AEC" w:rsidRPr="000908E4">
        <w:rPr>
          <w:rFonts w:ascii="Aptos" w:hAnsi="Aptos" w:cs="Aptos"/>
          <w:lang w:val="cs-CZ"/>
        </w:rPr>
        <w:t>á</w:t>
      </w:r>
      <w:r w:rsidR="00D12AEC" w:rsidRPr="000908E4">
        <w:rPr>
          <w:rFonts w:ascii="Aptos" w:hAnsi="Aptos"/>
          <w:lang w:val="cs-CZ"/>
        </w:rPr>
        <w:t>n)</w:t>
      </w:r>
    </w:p>
    <w:p w14:paraId="007ACC16" w14:textId="77777777" w:rsidR="000908E4" w:rsidRPr="000908E4" w:rsidRDefault="000908E4">
      <w:pPr>
        <w:rPr>
          <w:rFonts w:ascii="Aptos" w:hAnsi="Aptos"/>
          <w:lang w:val="cs-CZ"/>
        </w:rPr>
      </w:pPr>
    </w:p>
    <w:p w14:paraId="09E61DC4" w14:textId="77777777" w:rsidR="000908E4" w:rsidRPr="000908E4" w:rsidRDefault="00D12AEC">
      <w:pPr>
        <w:rPr>
          <w:rFonts w:ascii="Aptos" w:hAnsi="Aptos"/>
          <w:lang w:val="cs-CZ"/>
        </w:rPr>
      </w:pPr>
      <w:r w:rsidRPr="000908E4">
        <w:rPr>
          <w:rFonts w:ascii="Aptos" w:hAnsi="Aptos"/>
          <w:lang w:val="cs-CZ"/>
        </w:rPr>
        <w:br/>
        <w:t>Prohlašuji, že vyúčtování je úplné a pravdivé.</w:t>
      </w:r>
    </w:p>
    <w:p w14:paraId="04D38596" w14:textId="77777777" w:rsidR="000908E4" w:rsidRDefault="000908E4">
      <w:pPr>
        <w:rPr>
          <w:rFonts w:ascii="Aptos" w:hAnsi="Aptos"/>
          <w:lang w:val="cs-CZ"/>
        </w:rPr>
      </w:pPr>
    </w:p>
    <w:p w14:paraId="0FEEE5FD" w14:textId="77777777" w:rsidR="00D12AEC" w:rsidRPr="000908E4" w:rsidRDefault="00D12AEC">
      <w:pPr>
        <w:rPr>
          <w:rFonts w:ascii="Aptos" w:hAnsi="Aptos"/>
          <w:lang w:val="cs-CZ"/>
        </w:rPr>
      </w:pPr>
    </w:p>
    <w:p w14:paraId="7EDAEB38" w14:textId="1B094B1A" w:rsidR="00E26F6E" w:rsidRPr="000908E4" w:rsidRDefault="00D12AEC">
      <w:pPr>
        <w:rPr>
          <w:rFonts w:ascii="Aptos" w:hAnsi="Aptos"/>
          <w:lang w:val="cs-CZ"/>
        </w:rPr>
      </w:pPr>
      <w:r w:rsidRPr="000908E4">
        <w:rPr>
          <w:rFonts w:ascii="Aptos" w:hAnsi="Aptos"/>
          <w:lang w:val="cs-CZ"/>
        </w:rPr>
        <w:br/>
        <w:t xml:space="preserve">V </w:t>
      </w:r>
      <w:sdt>
        <w:sdtPr>
          <w:rPr>
            <w:rFonts w:ascii="Aptos" w:hAnsi="Aptos"/>
            <w:lang w:val="cs-CZ"/>
          </w:rPr>
          <w:id w:val="1218238703"/>
          <w:placeholder>
            <w:docPart w:val="DefaultPlaceholder_-1854013440"/>
          </w:placeholder>
        </w:sdtPr>
        <w:sdtContent>
          <w:r w:rsidR="000908E4" w:rsidRPr="000908E4">
            <w:rPr>
              <w:rFonts w:ascii="Aptos" w:hAnsi="Aptos"/>
              <w:lang w:val="cs-CZ"/>
            </w:rPr>
            <w:t>_________________</w:t>
          </w:r>
        </w:sdtContent>
      </w:sdt>
      <w:r w:rsidR="000908E4" w:rsidRPr="000908E4">
        <w:rPr>
          <w:rFonts w:ascii="Aptos" w:hAnsi="Aptos"/>
          <w:lang w:val="cs-CZ"/>
        </w:rPr>
        <w:t xml:space="preserve"> </w:t>
      </w:r>
      <w:r w:rsidRPr="000908E4">
        <w:rPr>
          <w:rFonts w:ascii="Aptos" w:hAnsi="Aptos"/>
          <w:lang w:val="cs-CZ"/>
        </w:rPr>
        <w:t xml:space="preserve">dne </w:t>
      </w:r>
      <w:sdt>
        <w:sdtPr>
          <w:rPr>
            <w:rFonts w:ascii="Aptos" w:hAnsi="Aptos"/>
            <w:lang w:val="cs-CZ"/>
          </w:rPr>
          <w:id w:val="-1658460997"/>
          <w:placeholder>
            <w:docPart w:val="DefaultPlaceholder_-1854013440"/>
          </w:placeholder>
        </w:sdtPr>
        <w:sdtContent>
          <w:r w:rsidR="000908E4" w:rsidRPr="000908E4">
            <w:rPr>
              <w:rFonts w:ascii="Aptos" w:hAnsi="Aptos"/>
              <w:lang w:val="cs-CZ"/>
            </w:rPr>
            <w:t>_______________</w:t>
          </w:r>
        </w:sdtContent>
      </w:sdt>
      <w:r w:rsidRPr="000908E4">
        <w:rPr>
          <w:rFonts w:ascii="Aptos" w:hAnsi="Aptos"/>
          <w:lang w:val="cs-CZ"/>
        </w:rPr>
        <w:t xml:space="preserve">  </w:t>
      </w:r>
      <w:r w:rsidR="000908E4" w:rsidRPr="000908E4">
        <w:rPr>
          <w:rFonts w:ascii="Aptos" w:hAnsi="Aptos"/>
          <w:lang w:val="cs-CZ"/>
        </w:rPr>
        <w:t xml:space="preserve"> </w:t>
      </w:r>
      <w:r w:rsidRPr="000908E4">
        <w:rPr>
          <w:rFonts w:ascii="Aptos" w:hAnsi="Aptos"/>
          <w:lang w:val="cs-CZ"/>
        </w:rPr>
        <w:t xml:space="preserve"> </w:t>
      </w:r>
      <w:r w:rsidR="000908E4" w:rsidRPr="000908E4">
        <w:rPr>
          <w:rFonts w:ascii="Aptos" w:hAnsi="Aptos"/>
          <w:lang w:val="cs-CZ"/>
        </w:rPr>
        <w:t xml:space="preserve">   </w:t>
      </w:r>
      <w:r w:rsidRPr="000908E4">
        <w:rPr>
          <w:rFonts w:ascii="Aptos" w:hAnsi="Aptos"/>
          <w:lang w:val="cs-CZ"/>
        </w:rPr>
        <w:t>Podpis příjemce: __________________________</w:t>
      </w:r>
    </w:p>
    <w:sectPr w:rsidR="00E26F6E" w:rsidRPr="000908E4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slovanseznam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slovanseznam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Seznamsodrkami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Seznamsodrkami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Seznamsodrka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490364910">
    <w:abstractNumId w:val="8"/>
  </w:num>
  <w:num w:numId="2" w16cid:durableId="387384750">
    <w:abstractNumId w:val="6"/>
  </w:num>
  <w:num w:numId="3" w16cid:durableId="2087073119">
    <w:abstractNumId w:val="5"/>
  </w:num>
  <w:num w:numId="4" w16cid:durableId="1417360624">
    <w:abstractNumId w:val="4"/>
  </w:num>
  <w:num w:numId="5" w16cid:durableId="225648809">
    <w:abstractNumId w:val="7"/>
  </w:num>
  <w:num w:numId="6" w16cid:durableId="930237958">
    <w:abstractNumId w:val="3"/>
  </w:num>
  <w:num w:numId="7" w16cid:durableId="1017078134">
    <w:abstractNumId w:val="2"/>
  </w:num>
  <w:num w:numId="8" w16cid:durableId="950430846">
    <w:abstractNumId w:val="1"/>
  </w:num>
  <w:num w:numId="9" w16cid:durableId="2836592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formatting="1" w:enforcement="1" w:cryptProviderType="rsaAES" w:cryptAlgorithmClass="hash" w:cryptAlgorithmType="typeAny" w:cryptAlgorithmSid="14" w:cryptSpinCount="100000" w:hash="14zuo9QCXGypPhc+tRZ47WXaTCghC5thwA1iaPwz/oJ8WABPAHeixW08FDVH880zqDYNh/0H9sqMEZ90JzhUIw==" w:salt="iJiup6JQr+usYvcgANe7vg=="/>
  <w:defaultTabStop w:val="720"/>
  <w:hyphenationZone w:val="425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0908E4"/>
    <w:rsid w:val="0015074B"/>
    <w:rsid w:val="002141C4"/>
    <w:rsid w:val="0029639D"/>
    <w:rsid w:val="00326F90"/>
    <w:rsid w:val="007D6135"/>
    <w:rsid w:val="007E2D23"/>
    <w:rsid w:val="00845D0B"/>
    <w:rsid w:val="00AA1D8D"/>
    <w:rsid w:val="00B47730"/>
    <w:rsid w:val="00CB0664"/>
    <w:rsid w:val="00CE4584"/>
    <w:rsid w:val="00D12AEC"/>
    <w:rsid w:val="00E26F6E"/>
    <w:rsid w:val="00F30B70"/>
    <w:rsid w:val="00F760D0"/>
    <w:rsid w:val="00FB5CBD"/>
    <w:rsid w:val="00FC693F"/>
    <w:rsid w:val="00FD5C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4062061"/>
  <w14:defaultImageDpi w14:val="300"/>
  <w15:docId w15:val="{DE772C6B-5454-4E94-8A43-111EC73297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C693F"/>
  </w:style>
  <w:style w:type="paragraph" w:styleId="Nadpis1">
    <w:name w:val="heading 1"/>
    <w:basedOn w:val="Normln"/>
    <w:next w:val="Normln"/>
    <w:link w:val="Nadpis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618BF"/>
  </w:style>
  <w:style w:type="paragraph" w:styleId="Zpat">
    <w:name w:val="footer"/>
    <w:basedOn w:val="Normln"/>
    <w:link w:val="Zpat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618BF"/>
  </w:style>
  <w:style w:type="paragraph" w:styleId="Bezmezer">
    <w:name w:val="No Spacing"/>
    <w:uiPriority w:val="1"/>
    <w:qFormat/>
    <w:rsid w:val="00FC693F"/>
    <w:pPr>
      <w:spacing w:after="0" w:line="240" w:lineRule="auto"/>
    </w:pPr>
  </w:style>
  <w:style w:type="character" w:customStyle="1" w:styleId="Nadpis1Char">
    <w:name w:val="Nadpis 1 Char"/>
    <w:basedOn w:val="Standardnpsmoodstavce"/>
    <w:link w:val="Nadpis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dpis2Char">
    <w:name w:val="Nadpis 2 Char"/>
    <w:basedOn w:val="Standardnpsmoodstavce"/>
    <w:link w:val="Nadpis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dpis3Char">
    <w:name w:val="Nadpis 3 Char"/>
    <w:basedOn w:val="Standardnpsmoodstavce"/>
    <w:link w:val="Nadpis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zev">
    <w:name w:val="Title"/>
    <w:basedOn w:val="Normln"/>
    <w:next w:val="Normln"/>
    <w:link w:val="Nzev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zevChar">
    <w:name w:val="Název Char"/>
    <w:basedOn w:val="Standardnpsmoodstavce"/>
    <w:link w:val="Nzev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nadpisChar">
    <w:name w:val="Podnadpis Char"/>
    <w:basedOn w:val="Standardnpsmoodstavce"/>
    <w:link w:val="Podnadpis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FC693F"/>
    <w:pPr>
      <w:ind w:left="720"/>
      <w:contextualSpacing/>
    </w:pPr>
  </w:style>
  <w:style w:type="paragraph" w:styleId="Zkladntext">
    <w:name w:val="Body Text"/>
    <w:basedOn w:val="Normln"/>
    <w:link w:val="ZkladntextChar"/>
    <w:uiPriority w:val="99"/>
    <w:unhideWhenUsed/>
    <w:rsid w:val="00AA1D8D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rsid w:val="00AA1D8D"/>
  </w:style>
  <w:style w:type="paragraph" w:styleId="Zkladntext2">
    <w:name w:val="Body Text 2"/>
    <w:basedOn w:val="Normln"/>
    <w:link w:val="Zkladntext2Char"/>
    <w:uiPriority w:val="99"/>
    <w:unhideWhenUsed/>
    <w:rsid w:val="00AA1D8D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uiPriority w:val="99"/>
    <w:rsid w:val="00AA1D8D"/>
  </w:style>
  <w:style w:type="paragraph" w:styleId="Zkladntext3">
    <w:name w:val="Body Text 3"/>
    <w:basedOn w:val="Normln"/>
    <w:link w:val="Zkladn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uiPriority w:val="99"/>
    <w:rsid w:val="00AA1D8D"/>
    <w:rPr>
      <w:sz w:val="16"/>
      <w:szCs w:val="16"/>
    </w:rPr>
  </w:style>
  <w:style w:type="paragraph" w:styleId="Seznam">
    <w:name w:val="List"/>
    <w:basedOn w:val="Normln"/>
    <w:uiPriority w:val="99"/>
    <w:unhideWhenUsed/>
    <w:rsid w:val="00AA1D8D"/>
    <w:pPr>
      <w:ind w:left="360" w:hanging="360"/>
      <w:contextualSpacing/>
    </w:pPr>
  </w:style>
  <w:style w:type="paragraph" w:styleId="Seznam2">
    <w:name w:val="List 2"/>
    <w:basedOn w:val="Normln"/>
    <w:uiPriority w:val="99"/>
    <w:unhideWhenUsed/>
    <w:rsid w:val="00326F90"/>
    <w:pPr>
      <w:ind w:left="720" w:hanging="360"/>
      <w:contextualSpacing/>
    </w:pPr>
  </w:style>
  <w:style w:type="paragraph" w:styleId="Seznam3">
    <w:name w:val="List 3"/>
    <w:basedOn w:val="Normln"/>
    <w:uiPriority w:val="99"/>
    <w:unhideWhenUsed/>
    <w:rsid w:val="00326F90"/>
    <w:pPr>
      <w:ind w:left="1080" w:hanging="360"/>
      <w:contextualSpacing/>
    </w:pPr>
  </w:style>
  <w:style w:type="paragraph" w:styleId="Seznamsodrkami">
    <w:name w:val="List Bullet"/>
    <w:basedOn w:val="Normln"/>
    <w:uiPriority w:val="99"/>
    <w:unhideWhenUsed/>
    <w:rsid w:val="00326F90"/>
    <w:pPr>
      <w:numPr>
        <w:numId w:val="1"/>
      </w:numPr>
      <w:contextualSpacing/>
    </w:pPr>
  </w:style>
  <w:style w:type="paragraph" w:styleId="Seznamsodrkami2">
    <w:name w:val="List Bullet 2"/>
    <w:basedOn w:val="Normln"/>
    <w:uiPriority w:val="99"/>
    <w:unhideWhenUsed/>
    <w:rsid w:val="00326F90"/>
    <w:pPr>
      <w:numPr>
        <w:numId w:val="2"/>
      </w:numPr>
      <w:contextualSpacing/>
    </w:pPr>
  </w:style>
  <w:style w:type="paragraph" w:styleId="Seznamsodrkami3">
    <w:name w:val="List Bullet 3"/>
    <w:basedOn w:val="Normln"/>
    <w:uiPriority w:val="99"/>
    <w:unhideWhenUsed/>
    <w:rsid w:val="00326F90"/>
    <w:pPr>
      <w:numPr>
        <w:numId w:val="3"/>
      </w:numPr>
      <w:contextualSpacing/>
    </w:pPr>
  </w:style>
  <w:style w:type="paragraph" w:styleId="slovanseznam">
    <w:name w:val="List Number"/>
    <w:basedOn w:val="Normln"/>
    <w:uiPriority w:val="99"/>
    <w:unhideWhenUsed/>
    <w:rsid w:val="00326F90"/>
    <w:pPr>
      <w:numPr>
        <w:numId w:val="5"/>
      </w:numPr>
      <w:contextualSpacing/>
    </w:pPr>
  </w:style>
  <w:style w:type="paragraph" w:styleId="slovanseznam2">
    <w:name w:val="List Number 2"/>
    <w:basedOn w:val="Normln"/>
    <w:uiPriority w:val="99"/>
    <w:unhideWhenUsed/>
    <w:rsid w:val="0029639D"/>
    <w:pPr>
      <w:numPr>
        <w:numId w:val="6"/>
      </w:numPr>
      <w:contextualSpacing/>
    </w:pPr>
  </w:style>
  <w:style w:type="paragraph" w:styleId="slovanseznam3">
    <w:name w:val="List Number 3"/>
    <w:basedOn w:val="Normln"/>
    <w:uiPriority w:val="99"/>
    <w:unhideWhenUsed/>
    <w:rsid w:val="0029639D"/>
    <w:pPr>
      <w:numPr>
        <w:numId w:val="7"/>
      </w:numPr>
      <w:contextualSpacing/>
    </w:pPr>
  </w:style>
  <w:style w:type="paragraph" w:styleId="Pokraovnseznamu">
    <w:name w:val="List Continue"/>
    <w:basedOn w:val="Normln"/>
    <w:uiPriority w:val="99"/>
    <w:unhideWhenUsed/>
    <w:rsid w:val="0029639D"/>
    <w:pPr>
      <w:spacing w:after="120"/>
      <w:ind w:left="360"/>
      <w:contextualSpacing/>
    </w:pPr>
  </w:style>
  <w:style w:type="paragraph" w:styleId="Pokraovnseznamu2">
    <w:name w:val="List Continue 2"/>
    <w:basedOn w:val="Normln"/>
    <w:uiPriority w:val="99"/>
    <w:unhideWhenUsed/>
    <w:rsid w:val="0029639D"/>
    <w:pPr>
      <w:spacing w:after="120"/>
      <w:ind w:left="720"/>
      <w:contextualSpacing/>
    </w:pPr>
  </w:style>
  <w:style w:type="paragraph" w:styleId="Pokraovnseznamu3">
    <w:name w:val="List Continue 3"/>
    <w:basedOn w:val="Normln"/>
    <w:uiPriority w:val="99"/>
    <w:unhideWhenUsed/>
    <w:rsid w:val="0029639D"/>
    <w:pPr>
      <w:spacing w:after="120"/>
      <w:ind w:left="1080"/>
      <w:contextualSpacing/>
    </w:pPr>
  </w:style>
  <w:style w:type="paragraph" w:styleId="Textmakra">
    <w:name w:val="macro"/>
    <w:link w:val="Textmakra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makraChar">
    <w:name w:val="Text makra Char"/>
    <w:basedOn w:val="Standardnpsmoodstavce"/>
    <w:link w:val="Textmakra"/>
    <w:uiPriority w:val="99"/>
    <w:rsid w:val="0029639D"/>
    <w:rPr>
      <w:rFonts w:ascii="Courier" w:hAnsi="Courier"/>
      <w:sz w:val="20"/>
      <w:szCs w:val="20"/>
    </w:rPr>
  </w:style>
  <w:style w:type="paragraph" w:styleId="Citt">
    <w:name w:val="Quote"/>
    <w:basedOn w:val="Normln"/>
    <w:next w:val="Normln"/>
    <w:link w:val="CittChar"/>
    <w:uiPriority w:val="29"/>
    <w:qFormat/>
    <w:rsid w:val="00FC693F"/>
    <w:rPr>
      <w:i/>
      <w:iCs/>
      <w:color w:val="000000" w:themeColor="text1"/>
    </w:rPr>
  </w:style>
  <w:style w:type="character" w:customStyle="1" w:styleId="CittChar">
    <w:name w:val="Citát Char"/>
    <w:basedOn w:val="Standardnpsmoodstavce"/>
    <w:link w:val="Citt"/>
    <w:uiPriority w:val="29"/>
    <w:rsid w:val="00FC693F"/>
    <w:rPr>
      <w:i/>
      <w:iCs/>
      <w:color w:val="000000" w:themeColor="text1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ulek">
    <w:name w:val="caption"/>
    <w:basedOn w:val="Normln"/>
    <w:next w:val="Normln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iln">
    <w:name w:val="Strong"/>
    <w:basedOn w:val="Standardnpsmoodstavce"/>
    <w:uiPriority w:val="22"/>
    <w:qFormat/>
    <w:rsid w:val="00FC693F"/>
    <w:rPr>
      <w:b/>
      <w:bCs/>
    </w:rPr>
  </w:style>
  <w:style w:type="character" w:styleId="Zdraznn">
    <w:name w:val="Emphasis"/>
    <w:basedOn w:val="Standardnpsmoodstavce"/>
    <w:uiPriority w:val="20"/>
    <w:qFormat/>
    <w:rsid w:val="00FC693F"/>
    <w:rPr>
      <w:i/>
      <w:iCs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FC693F"/>
    <w:rPr>
      <w:b/>
      <w:bCs/>
      <w:i/>
      <w:iCs/>
      <w:color w:val="4F81BD" w:themeColor="accent1"/>
    </w:rPr>
  </w:style>
  <w:style w:type="character" w:styleId="Zdraznnjemn">
    <w:name w:val="Subtle Emphasis"/>
    <w:basedOn w:val="Standardnpsmoodstavce"/>
    <w:uiPriority w:val="19"/>
    <w:qFormat/>
    <w:rsid w:val="00FC693F"/>
    <w:rPr>
      <w:i/>
      <w:iCs/>
      <w:color w:val="808080" w:themeColor="text1" w:themeTint="7F"/>
    </w:rPr>
  </w:style>
  <w:style w:type="character" w:styleId="Zdraznnintenzivn">
    <w:name w:val="Intense Emphasis"/>
    <w:basedOn w:val="Standardnpsmoodstavce"/>
    <w:uiPriority w:val="21"/>
    <w:qFormat/>
    <w:rsid w:val="00FC693F"/>
    <w:rPr>
      <w:b/>
      <w:bCs/>
      <w:i/>
      <w:iCs/>
      <w:color w:val="4F81BD" w:themeColor="accent1"/>
    </w:rPr>
  </w:style>
  <w:style w:type="character" w:styleId="Odkazjemn">
    <w:name w:val="Subtle Reference"/>
    <w:basedOn w:val="Standardnpsmoodstavce"/>
    <w:uiPriority w:val="31"/>
    <w:qFormat/>
    <w:rsid w:val="00FC693F"/>
    <w:rPr>
      <w:smallCaps/>
      <w:color w:val="C0504D" w:themeColor="accent2"/>
      <w:u w:val="single"/>
    </w:rPr>
  </w:style>
  <w:style w:type="character" w:styleId="Odkazintenzivn">
    <w:name w:val="Intense Reference"/>
    <w:basedOn w:val="Standardnpsmoodstavce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Nzevknihy">
    <w:name w:val="Book Title"/>
    <w:basedOn w:val="Standardnpsmoodstavce"/>
    <w:uiPriority w:val="33"/>
    <w:qFormat/>
    <w:rsid w:val="00FC693F"/>
    <w:rPr>
      <w:b/>
      <w:bCs/>
      <w:smallCaps/>
      <w:spacing w:val="5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FC693F"/>
    <w:pPr>
      <w:outlineLvl w:val="9"/>
    </w:pPr>
  </w:style>
  <w:style w:type="table" w:styleId="Mkatabulky">
    <w:name w:val="Table Grid"/>
    <w:basedOn w:val="Normlntabulka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vtlstnovn">
    <w:name w:val="Light Shading"/>
    <w:basedOn w:val="Normlntabulka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vtlstnovnzvraznn1">
    <w:name w:val="Light Shading Accent 1"/>
    <w:basedOn w:val="Normlntabulka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vtlstnovnzvraznn2">
    <w:name w:val="Light Shading Accent 2"/>
    <w:basedOn w:val="Normlntabulka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vtlstnovnzvraznn3">
    <w:name w:val="Light Shading Accent 3"/>
    <w:basedOn w:val="Normlntabulka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vtlstnovnzvraznn4">
    <w:name w:val="Light Shading Accent 4"/>
    <w:basedOn w:val="Normlntabulka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vtlstnovnzvraznn5">
    <w:name w:val="Light Shading Accent 5"/>
    <w:basedOn w:val="Normlntabulka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vtlstnovnzvraznn6">
    <w:name w:val="Light Shading Accent 6"/>
    <w:basedOn w:val="Normlntabulka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Svtlseznam">
    <w:name w:val="Light List"/>
    <w:basedOn w:val="Normlntabulka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Svtlseznamzvraznn1">
    <w:name w:val="Light List Accent 1"/>
    <w:basedOn w:val="Normlntabulka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Svtlseznamzvraznn2">
    <w:name w:val="Light List Accent 2"/>
    <w:basedOn w:val="Normlntabul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Svtlseznamzvraznn3">
    <w:name w:val="Light List Accent 3"/>
    <w:basedOn w:val="Normlntabul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Svtlseznamzvraznn4">
    <w:name w:val="Light List Accent 4"/>
    <w:basedOn w:val="Normlntabul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Svtlseznamzvraznn5">
    <w:name w:val="Light List Accent 5"/>
    <w:basedOn w:val="Normlntabul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Svtlseznamzvraznn6">
    <w:name w:val="Light List Accent 6"/>
    <w:basedOn w:val="Normlntabul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Svtlmka">
    <w:name w:val="Light Grid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Svtlmkazvraznn1">
    <w:name w:val="Light Grid Accent 1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Svtlmkazvraznn2">
    <w:name w:val="Light Grid Accent 2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Svtlmkazvraznn3">
    <w:name w:val="Light Grid Accent 3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Svtlmkazvraznn4">
    <w:name w:val="Light Grid Accent 4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Svtlmkazvraznn5">
    <w:name w:val="Light Grid Accent 5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Svtlmkazvraznn6">
    <w:name w:val="Light Grid Accent 6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tednstnovn1">
    <w:name w:val="Medium Shading 1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1">
    <w:name w:val="Medium Shading 1 Accent 1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2">
    <w:name w:val="Medium Shading 1 Accent 2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3">
    <w:name w:val="Medium Shading 1 Accent 3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4">
    <w:name w:val="Medium Shading 1 Accent 4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5">
    <w:name w:val="Medium Shading 1 Accent 5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6">
    <w:name w:val="Medium Shading 1 Accent 6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2">
    <w:name w:val="Medium Shading 2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1">
    <w:name w:val="Medium Shading 2 Accent 1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2">
    <w:name w:val="Medium Shading 2 Accent 2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3">
    <w:name w:val="Medium Shading 2 Accent 3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4">
    <w:name w:val="Medium Shading 2 Accent 4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5">
    <w:name w:val="Medium Shading 2 Accent 5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6">
    <w:name w:val="Medium Shading 2 Accent 6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eznam1">
    <w:name w:val="Medium List 1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Stednseznam1zvraznn1">
    <w:name w:val="Medium List 1 Accent 1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Stednseznam1zvraznn2">
    <w:name w:val="Medium List 1 Accent 2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Stednseznam1zvraznn3">
    <w:name w:val="Medium List 1 Accent 3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Stednseznam1zvraznn4">
    <w:name w:val="Medium List 1 Accent 4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Stednseznam1zvraznn5">
    <w:name w:val="Medium List 1 Accent 5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Stednseznam1zvraznn6">
    <w:name w:val="Medium List 1 Accent 6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Stednseznam2">
    <w:name w:val="Medium List 2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1">
    <w:name w:val="Medium List 2 Accent 1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2">
    <w:name w:val="Medium List 2 Accent 2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3">
    <w:name w:val="Medium List 2 Accent 3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4">
    <w:name w:val="Medium List 2 Accent 4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5">
    <w:name w:val="Medium List 2 Accent 5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6">
    <w:name w:val="Medium List 2 Accent 6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mka1">
    <w:name w:val="Medium Grid 1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Stednmka1zvraznn1">
    <w:name w:val="Medium Grid 1 Accent 1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Stednmka1zvraznn2">
    <w:name w:val="Medium Grid 1 Accent 2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Stednmka1zvraznn3">
    <w:name w:val="Medium Grid 1 Accent 3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tednmka1zvraznn4">
    <w:name w:val="Medium Grid 1 Accent 4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Stednmka1zvraznn5">
    <w:name w:val="Medium Grid 1 Accent 5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Stednmka1zvraznn6">
    <w:name w:val="Medium Grid 1 Accent 6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Stednmka2">
    <w:name w:val="Medium Grid 2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1">
    <w:name w:val="Medium Grid 2 Accent 1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2">
    <w:name w:val="Medium Grid 2 Accent 2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3">
    <w:name w:val="Medium Grid 2 Accent 3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4">
    <w:name w:val="Medium Grid 2 Accent 4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5">
    <w:name w:val="Medium Grid 2 Accent 5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6">
    <w:name w:val="Medium Grid 2 Accent 6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3">
    <w:name w:val="Medium Grid 3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Stednmka3zvraznn1">
    <w:name w:val="Medium Grid 3 Accent 1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Stednmka3zvraznn2">
    <w:name w:val="Medium Grid 3 Accent 2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Stednmka3zvraznn3">
    <w:name w:val="Medium Grid 3 Accent 3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Stednmka3zvraznn4">
    <w:name w:val="Medium Grid 3 Accent 4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Stednmka3zvraznn5">
    <w:name w:val="Medium Grid 3 Accent 5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Stednmka3zvraznn6">
    <w:name w:val="Medium Grid 3 Accent 6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Tmavseznam">
    <w:name w:val="Dark List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Tmavseznamzvraznn1">
    <w:name w:val="Dark List Accent 1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Tmavseznamzvraznn2">
    <w:name w:val="Dark List Accent 2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Tmavseznamzvraznn3">
    <w:name w:val="Dark List Accent 3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Tmavseznamzvraznn4">
    <w:name w:val="Dark List Accent 4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Tmavseznamzvraznn5">
    <w:name w:val="Dark List Accent 5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Tmavseznamzvraznn6">
    <w:name w:val="Dark List Accent 6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Barevnstnovn">
    <w:name w:val="Colorful Shading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1">
    <w:name w:val="Colorful Shading Accent 1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2">
    <w:name w:val="Colorful Shading Accent 2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3">
    <w:name w:val="Colorful Shading Accent 3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Barevnstnovnzvraznn4">
    <w:name w:val="Colorful Shading Accent 4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5">
    <w:name w:val="Colorful Shading Accent 5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6">
    <w:name w:val="Colorful Shading Accent 6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eznam">
    <w:name w:val="Colorful List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Barevnseznamzvraznn1">
    <w:name w:val="Colorful List Accent 1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Barevnseznamzvraznn2">
    <w:name w:val="Colorful List Accent 2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Barevnseznamzvraznn3">
    <w:name w:val="Colorful List Accent 3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Barevnseznamzvraznn4">
    <w:name w:val="Colorful List Accent 4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Barevnseznamzvraznn5">
    <w:name w:val="Colorful List Accent 5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Barevnseznamzvraznn6">
    <w:name w:val="Colorful List Accent 6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Barevnmka">
    <w:name w:val="Colorful Grid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Barevnmkazvraznn1">
    <w:name w:val="Colorful Grid Accent 1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Barevnmkazvraznn2">
    <w:name w:val="Colorful Grid Accent 2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Barevnmkazvraznn3">
    <w:name w:val="Colorful Grid Accent 3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Barevnmkazvraznn4">
    <w:name w:val="Colorful Grid Accent 4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Barevnmkazvraznn5">
    <w:name w:val="Colorful Grid Accent 5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Barevnmkazvraznn6">
    <w:name w:val="Colorful Grid Accent 6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Zstupntext">
    <w:name w:val="Placeholder Text"/>
    <w:basedOn w:val="Standardnpsmoodstavce"/>
    <w:uiPriority w:val="99"/>
    <w:semiHidden/>
    <w:rsid w:val="007D6135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theme" Target="theme/theme1.xml"/><Relationship Id="rId5" Type="http://schemas.openxmlformats.org/officeDocument/2006/relationships/numbering" Target="numbering.xml"/><Relationship Id="rId10" Type="http://schemas.openxmlformats.org/officeDocument/2006/relationships/glossaryDocument" Target="glossary/document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F2BB5963-97EB-4313-A067-F9D9D4A88A59}"/>
      </w:docPartPr>
      <w:docPartBody>
        <w:p w:rsidR="008A5C7C" w:rsidRDefault="008A5C7C">
          <w:r w:rsidRPr="00512CC9">
            <w:rPr>
              <w:rStyle w:val="Zstupntext"/>
            </w:rPr>
            <w:t>Klikněte nebo klepněte sem a zadejte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markup="0" w:comments="0" w:insDel="0" w:formatting="0"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5C7C"/>
    <w:rsid w:val="008A5C7C"/>
    <w:rsid w:val="00CE45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cs-CZ" w:eastAsia="cs-CZ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8A5C7C"/>
    <w:rPr>
      <w:color w:val="666666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cef50d7-793b-47c4-a8bc-422cde6e265e">
      <Terms xmlns="http://schemas.microsoft.com/office/infopath/2007/PartnerControls"/>
    </lcf76f155ced4ddcb4097134ff3c332f>
    <TaxCatchAll xmlns="cbb09b4d-3ea5-4ef4-96de-18c74ce878c2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26F7BB58BCC934ABCA92A57AA82CC09" ma:contentTypeVersion="18" ma:contentTypeDescription="Vytvoří nový dokument" ma:contentTypeScope="" ma:versionID="d604b72c138d0b72210598cea7dd3f44">
  <xsd:schema xmlns:xsd="http://www.w3.org/2001/XMLSchema" xmlns:xs="http://www.w3.org/2001/XMLSchema" xmlns:p="http://schemas.microsoft.com/office/2006/metadata/properties" xmlns:ns2="4cef50d7-793b-47c4-a8bc-422cde6e265e" xmlns:ns3="cbb09b4d-3ea5-4ef4-96de-18c74ce878c2" targetNamespace="http://schemas.microsoft.com/office/2006/metadata/properties" ma:root="true" ma:fieldsID="a4578bb2ccbe7a3846397082a378a089" ns2:_="" ns3:_="">
    <xsd:import namespace="4cef50d7-793b-47c4-a8bc-422cde6e265e"/>
    <xsd:import namespace="cbb09b4d-3ea5-4ef4-96de-18c74ce878c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cef50d7-793b-47c4-a8bc-422cde6e265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Značky obrázků" ma:readOnly="false" ma:fieldId="{5cf76f15-5ced-4ddc-b409-7134ff3c332f}" ma:taxonomyMulti="true" ma:sspId="b6c2bad8-dafb-41ed-8152-8fd42176230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bb09b4d-3ea5-4ef4-96de-18c74ce878c2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dcfe997e-a36f-44b6-9a43-30d72be685b1}" ma:internalName="TaxCatchAll" ma:showField="CatchAllData" ma:web="cbb09b4d-3ea5-4ef4-96de-18c74ce878c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2DD11D4-8A75-4AE1-B11E-43F712E6B153}">
  <ds:schemaRefs>
    <ds:schemaRef ds:uri="http://schemas.microsoft.com/office/2006/metadata/properties"/>
    <ds:schemaRef ds:uri="http://schemas.microsoft.com/office/infopath/2007/PartnerControls"/>
    <ds:schemaRef ds:uri="4cef50d7-793b-47c4-a8bc-422cde6e265e"/>
    <ds:schemaRef ds:uri="cbb09b4d-3ea5-4ef4-96de-18c74ce878c2"/>
  </ds:schemaRefs>
</ds:datastoreItem>
</file>

<file path=customXml/itemProps3.xml><?xml version="1.0" encoding="utf-8"?>
<ds:datastoreItem xmlns:ds="http://schemas.openxmlformats.org/officeDocument/2006/customXml" ds:itemID="{1C1D8E9F-39F1-4991-B0AA-22F6E707CC9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5CB9B06-F0D7-44FF-9857-5D9F4545B61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cef50d7-793b-47c4-a8bc-422cde6e265e"/>
    <ds:schemaRef ds:uri="cbb09b4d-3ea5-4ef4-96de-18c74ce878c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259</Words>
  <Characters>1534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1790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Václav Bernard</cp:lastModifiedBy>
  <cp:revision>10</cp:revision>
  <dcterms:created xsi:type="dcterms:W3CDTF">2013-12-23T23:15:00Z</dcterms:created>
  <dcterms:modified xsi:type="dcterms:W3CDTF">2026-03-31T12:46:00Z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0x010100126F7BB58BCC934ABCA92A57AA82CC09</vt:lpwstr>
  </property>
  <property fmtid="{D5CDD505-2E9C-101B-9397-08002B2CF9AE}" pid="3" name="MediaServiceImageTags">
    <vt:lpwstr/>
  </property>
</Properties>
</file>